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4DB59" w14:textId="77777777" w:rsidR="007255A9" w:rsidRDefault="00000000">
      <w:pPr>
        <w:pStyle w:val="Title"/>
        <w:jc w:val="center"/>
      </w:pPr>
      <w:r>
        <w:rPr>
          <w:color w:val="1F4E79"/>
          <w:sz w:val="36"/>
        </w:rPr>
        <w:t>5-Day Academic Language Apprenticeship Cycle</w:t>
      </w:r>
    </w:p>
    <w:p w14:paraId="2C8FD9EC" w14:textId="77777777" w:rsidR="007255A9" w:rsidRDefault="00000000">
      <w:pPr>
        <w:jc w:val="center"/>
      </w:pPr>
      <w:r>
        <w:rPr>
          <w:b/>
        </w:rPr>
        <w:t>Universal Lesson Planner Aligned to WIDA 2020 Framework</w:t>
      </w:r>
    </w:p>
    <w:p w14:paraId="25A7FE7D" w14:textId="77777777" w:rsidR="007255A9" w:rsidRDefault="00000000">
      <w:pPr>
        <w:jc w:val="center"/>
      </w:pPr>
      <w:r>
        <w:rPr>
          <w:i/>
          <w:color w:val="595959"/>
          <w:sz w:val="18"/>
        </w:rPr>
        <w:t>For Content &amp; Language Integration | Editable Fields for Any Grade or Subject</w:t>
      </w:r>
    </w:p>
    <w:p w14:paraId="38DACD63" w14:textId="77777777" w:rsidR="007255A9" w:rsidRDefault="007255A9"/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</w:tblGrid>
      <w:tr w:rsidR="007255A9" w14:paraId="2C959591" w14:textId="77777777" w:rsidTr="007255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14:paraId="3D062FD9" w14:textId="77777777" w:rsidR="007255A9" w:rsidRDefault="00000000">
            <w:r>
              <w:rPr>
                <w:sz w:val="18"/>
              </w:rPr>
              <w:t>Day</w:t>
            </w:r>
          </w:p>
        </w:tc>
        <w:tc>
          <w:tcPr>
            <w:tcW w:w="2520" w:type="dxa"/>
          </w:tcPr>
          <w:p w14:paraId="31666C5A" w14:textId="77777777" w:rsidR="007255A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18"/>
              </w:rPr>
              <w:t>Focus</w:t>
            </w:r>
          </w:p>
        </w:tc>
        <w:tc>
          <w:tcPr>
            <w:tcW w:w="2520" w:type="dxa"/>
          </w:tcPr>
          <w:p w14:paraId="41578E57" w14:textId="77777777" w:rsidR="007255A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18"/>
              </w:rPr>
              <w:t>WIDA 2020 Key Language Use</w:t>
            </w:r>
          </w:p>
        </w:tc>
        <w:tc>
          <w:tcPr>
            <w:tcW w:w="2520" w:type="dxa"/>
          </w:tcPr>
          <w:p w14:paraId="56FC6AAF" w14:textId="77777777" w:rsidR="007255A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18"/>
              </w:rPr>
              <w:t>Core Practice</w:t>
            </w:r>
          </w:p>
        </w:tc>
      </w:tr>
      <w:tr w:rsidR="007255A9" w14:paraId="0822E224" w14:textId="77777777" w:rsidTr="00725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14:paraId="019794ED" w14:textId="77777777" w:rsidR="007255A9" w:rsidRDefault="00000000">
            <w:r>
              <w:rPr>
                <w:sz w:val="18"/>
              </w:rPr>
              <w:t>Day 1</w:t>
            </w:r>
          </w:p>
        </w:tc>
        <w:tc>
          <w:tcPr>
            <w:tcW w:w="2520" w:type="dxa"/>
          </w:tcPr>
          <w:p w14:paraId="2F38F2E2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Schema Build</w:t>
            </w:r>
          </w:p>
        </w:tc>
        <w:tc>
          <w:tcPr>
            <w:tcW w:w="2520" w:type="dxa"/>
          </w:tcPr>
          <w:p w14:paraId="36CA9714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Inform</w:t>
            </w:r>
          </w:p>
        </w:tc>
        <w:tc>
          <w:tcPr>
            <w:tcW w:w="2520" w:type="dxa"/>
          </w:tcPr>
          <w:p w14:paraId="1512AA7B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Achieve3000 schema building in ELD; Vocabulary frontloading to core teachers</w:t>
            </w:r>
          </w:p>
        </w:tc>
      </w:tr>
      <w:tr w:rsidR="007255A9" w14:paraId="5F4C3C7C" w14:textId="77777777" w:rsidTr="007255A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14:paraId="3D4A2E0F" w14:textId="77777777" w:rsidR="007255A9" w:rsidRDefault="00000000">
            <w:r>
              <w:rPr>
                <w:sz w:val="18"/>
              </w:rPr>
              <w:t>Day 2</w:t>
            </w:r>
          </w:p>
        </w:tc>
        <w:tc>
          <w:tcPr>
            <w:tcW w:w="2520" w:type="dxa"/>
          </w:tcPr>
          <w:p w14:paraId="61D5CB04" w14:textId="77777777" w:rsidR="007255A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18"/>
              </w:rPr>
              <w:t>Deconstruct</w:t>
            </w:r>
          </w:p>
        </w:tc>
        <w:tc>
          <w:tcPr>
            <w:tcW w:w="2520" w:type="dxa"/>
          </w:tcPr>
          <w:p w14:paraId="61DA42ED" w14:textId="77777777" w:rsidR="007255A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18"/>
              </w:rPr>
              <w:t>Explain</w:t>
            </w:r>
          </w:p>
        </w:tc>
        <w:tc>
          <w:tcPr>
            <w:tcW w:w="2520" w:type="dxa"/>
          </w:tcPr>
          <w:p w14:paraId="0D465C36" w14:textId="77777777" w:rsidR="007255A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18"/>
              </w:rPr>
              <w:t>Deconstruct 1–2 paragraphs of peer-reviewed research in advanced classes; Sentence stems + academic vocab highlighted in core classes</w:t>
            </w:r>
          </w:p>
        </w:tc>
      </w:tr>
      <w:tr w:rsidR="007255A9" w14:paraId="7673677C" w14:textId="77777777" w:rsidTr="00725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14:paraId="0AB95C15" w14:textId="77777777" w:rsidR="007255A9" w:rsidRDefault="00000000">
            <w:r>
              <w:rPr>
                <w:sz w:val="18"/>
              </w:rPr>
              <w:t>Day 3</w:t>
            </w:r>
          </w:p>
        </w:tc>
        <w:tc>
          <w:tcPr>
            <w:tcW w:w="2520" w:type="dxa"/>
          </w:tcPr>
          <w:p w14:paraId="040E4ED9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Guided Summary</w:t>
            </w:r>
          </w:p>
        </w:tc>
        <w:tc>
          <w:tcPr>
            <w:tcW w:w="2520" w:type="dxa"/>
          </w:tcPr>
          <w:p w14:paraId="33F39DAB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Explain</w:t>
            </w:r>
          </w:p>
        </w:tc>
        <w:tc>
          <w:tcPr>
            <w:tcW w:w="2520" w:type="dxa"/>
          </w:tcPr>
          <w:p w14:paraId="23F483DC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Students explain verbally and in writing using guided summary frames</w:t>
            </w:r>
          </w:p>
        </w:tc>
      </w:tr>
      <w:tr w:rsidR="007255A9" w14:paraId="332F0454" w14:textId="77777777" w:rsidTr="007255A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14:paraId="4455F4B6" w14:textId="77777777" w:rsidR="007255A9" w:rsidRDefault="00000000">
            <w:r>
              <w:rPr>
                <w:sz w:val="18"/>
              </w:rPr>
              <w:t>Day 4</w:t>
            </w:r>
          </w:p>
        </w:tc>
        <w:tc>
          <w:tcPr>
            <w:tcW w:w="2520" w:type="dxa"/>
          </w:tcPr>
          <w:p w14:paraId="3099BCEA" w14:textId="77777777" w:rsidR="007255A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18"/>
              </w:rPr>
              <w:t>Structured Discussion</w:t>
            </w:r>
          </w:p>
        </w:tc>
        <w:tc>
          <w:tcPr>
            <w:tcW w:w="2520" w:type="dxa"/>
          </w:tcPr>
          <w:p w14:paraId="14F12BD6" w14:textId="77777777" w:rsidR="007255A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18"/>
              </w:rPr>
              <w:t>Argue</w:t>
            </w:r>
          </w:p>
        </w:tc>
        <w:tc>
          <w:tcPr>
            <w:tcW w:w="2520" w:type="dxa"/>
          </w:tcPr>
          <w:p w14:paraId="032B6785" w14:textId="77777777" w:rsidR="007255A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18"/>
              </w:rPr>
              <w:t>Academic discussion using evidence-based argument frames</w:t>
            </w:r>
          </w:p>
        </w:tc>
      </w:tr>
      <w:tr w:rsidR="007255A9" w14:paraId="09AA86C3" w14:textId="77777777" w:rsidTr="00725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</w:tcPr>
          <w:p w14:paraId="2DC5C809" w14:textId="77777777" w:rsidR="007255A9" w:rsidRDefault="00000000">
            <w:r>
              <w:rPr>
                <w:sz w:val="18"/>
              </w:rPr>
              <w:t>Day 5</w:t>
            </w:r>
          </w:p>
        </w:tc>
        <w:tc>
          <w:tcPr>
            <w:tcW w:w="2520" w:type="dxa"/>
          </w:tcPr>
          <w:p w14:paraId="1797D09F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Feedback &amp; Revision</w:t>
            </w:r>
          </w:p>
        </w:tc>
        <w:tc>
          <w:tcPr>
            <w:tcW w:w="2520" w:type="dxa"/>
          </w:tcPr>
          <w:p w14:paraId="362B24F3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Argue / Narrate</w:t>
            </w:r>
          </w:p>
        </w:tc>
        <w:tc>
          <w:tcPr>
            <w:tcW w:w="2520" w:type="dxa"/>
          </w:tcPr>
          <w:p w14:paraId="3035592B" w14:textId="77777777" w:rsidR="007255A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>Targeted feedback, student revision, reflection on language growth</w:t>
            </w:r>
          </w:p>
        </w:tc>
      </w:tr>
    </w:tbl>
    <w:p w14:paraId="6E00ACE5" w14:textId="77777777" w:rsidR="007255A9" w:rsidRDefault="007255A9"/>
    <w:p w14:paraId="2AF5C707" w14:textId="77777777" w:rsidR="007255A9" w:rsidRDefault="00000000">
      <w:pPr>
        <w:pStyle w:val="Heading1"/>
      </w:pPr>
      <w:r>
        <w:rPr>
          <w:color w:val="2E75B6"/>
        </w:rPr>
        <w:t>WIDA 2020 Framework Alignment</w:t>
      </w:r>
    </w:p>
    <w:p w14:paraId="31E11882" w14:textId="77777777" w:rsidR="007255A9" w:rsidRDefault="00000000">
      <w:r>
        <w:rPr>
          <w:b/>
          <w:sz w:val="20"/>
        </w:rPr>
        <w:t xml:space="preserve">Standards: </w:t>
      </w:r>
      <w:r>
        <w:rPr>
          <w:sz w:val="20"/>
        </w:rPr>
        <w:t>WIDA English Language Development Standards Framework, 2020 Edition</w:t>
      </w:r>
      <w:r>
        <w:rPr>
          <w:sz w:val="20"/>
        </w:rPr>
        <w:br/>
      </w:r>
      <w:r>
        <w:rPr>
          <w:b/>
          <w:sz w:val="20"/>
        </w:rPr>
        <w:t xml:space="preserve">Four Key Language Uses: </w:t>
      </w:r>
      <w:r>
        <w:rPr>
          <w:sz w:val="20"/>
        </w:rPr>
        <w:t>Narrate, Inform, Explain, Argue</w:t>
      </w:r>
      <w:r>
        <w:rPr>
          <w:sz w:val="20"/>
        </w:rPr>
        <w:br/>
      </w:r>
      <w:r>
        <w:rPr>
          <w:b/>
          <w:sz w:val="20"/>
        </w:rPr>
        <w:t xml:space="preserve">Proficiency Level Descriptors (PLDs): </w:t>
      </w:r>
      <w:r>
        <w:rPr>
          <w:sz w:val="20"/>
        </w:rPr>
        <w:t>Use this planner to differentiate by language proficiency levels 1–6</w:t>
      </w:r>
      <w:r>
        <w:rPr>
          <w:sz w:val="20"/>
        </w:rPr>
        <w:br/>
      </w:r>
      <w:r>
        <w:rPr>
          <w:b/>
          <w:sz w:val="20"/>
        </w:rPr>
        <w:t xml:space="preserve">Content &amp; Language Integration: </w:t>
      </w:r>
      <w:r>
        <w:rPr>
          <w:sz w:val="20"/>
        </w:rPr>
        <w:t>Each day pairs a language function with grade-level content objectives</w:t>
      </w:r>
      <w:r>
        <w:rPr>
          <w:sz w:val="20"/>
        </w:rPr>
        <w:br/>
      </w:r>
      <w:r>
        <w:rPr>
          <w:b/>
          <w:sz w:val="20"/>
        </w:rPr>
        <w:t xml:space="preserve">Dimensions of Language: </w:t>
      </w:r>
      <w:r>
        <w:rPr>
          <w:sz w:val="20"/>
        </w:rPr>
        <w:t>Plan for Discourse, Sentence, and Word/Phrase levels each day</w:t>
      </w:r>
    </w:p>
    <w:p w14:paraId="2375F936" w14:textId="77777777" w:rsidR="007255A9" w:rsidRDefault="00000000">
      <w:pPr>
        <w:pStyle w:val="Heading1"/>
      </w:pPr>
      <w:r>
        <w:rPr>
          <w:color w:val="2E75B6"/>
        </w:rPr>
        <w:t>Weekly Planning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</w:tblGrid>
      <w:tr w:rsidR="007255A9" w14:paraId="23F1478A" w14:textId="77777777">
        <w:tc>
          <w:tcPr>
            <w:tcW w:w="2520" w:type="dxa"/>
          </w:tcPr>
          <w:p w14:paraId="7FE6591E" w14:textId="77777777" w:rsidR="007255A9" w:rsidRDefault="00000000">
            <w:r>
              <w:rPr>
                <w:sz w:val="20"/>
              </w:rPr>
              <w:t>Week of:</w:t>
            </w:r>
          </w:p>
        </w:tc>
        <w:tc>
          <w:tcPr>
            <w:tcW w:w="2520" w:type="dxa"/>
          </w:tcPr>
          <w:p w14:paraId="42F5BF32" w14:textId="77777777" w:rsidR="007255A9" w:rsidRDefault="00000000">
            <w:r>
              <w:rPr>
                <w:sz w:val="20"/>
              </w:rPr>
              <w:t>____________________</w:t>
            </w:r>
          </w:p>
        </w:tc>
        <w:tc>
          <w:tcPr>
            <w:tcW w:w="2520" w:type="dxa"/>
          </w:tcPr>
          <w:p w14:paraId="68B4BF32" w14:textId="77777777" w:rsidR="007255A9" w:rsidRDefault="00000000">
            <w:r>
              <w:rPr>
                <w:sz w:val="20"/>
              </w:rPr>
              <w:t>Grade/Content:</w:t>
            </w:r>
          </w:p>
        </w:tc>
        <w:tc>
          <w:tcPr>
            <w:tcW w:w="2520" w:type="dxa"/>
          </w:tcPr>
          <w:p w14:paraId="7917DFCA" w14:textId="77777777" w:rsidR="007255A9" w:rsidRDefault="00000000">
            <w:r>
              <w:rPr>
                <w:sz w:val="20"/>
              </w:rPr>
              <w:t>____________________</w:t>
            </w:r>
          </w:p>
        </w:tc>
      </w:tr>
      <w:tr w:rsidR="007255A9" w14:paraId="52077E8D" w14:textId="77777777">
        <w:tc>
          <w:tcPr>
            <w:tcW w:w="2520" w:type="dxa"/>
          </w:tcPr>
          <w:p w14:paraId="7A52360C" w14:textId="77777777" w:rsidR="007255A9" w:rsidRDefault="00000000">
            <w:r>
              <w:rPr>
                <w:sz w:val="20"/>
              </w:rPr>
              <w:t>Unit/Topic:</w:t>
            </w:r>
          </w:p>
        </w:tc>
        <w:tc>
          <w:tcPr>
            <w:tcW w:w="2520" w:type="dxa"/>
          </w:tcPr>
          <w:p w14:paraId="3EF05E0D" w14:textId="77777777" w:rsidR="007255A9" w:rsidRDefault="00000000">
            <w:r>
              <w:rPr>
                <w:sz w:val="20"/>
              </w:rPr>
              <w:t>____________________</w:t>
            </w:r>
          </w:p>
        </w:tc>
        <w:tc>
          <w:tcPr>
            <w:tcW w:w="2520" w:type="dxa"/>
          </w:tcPr>
          <w:p w14:paraId="2654DD95" w14:textId="77777777" w:rsidR="007255A9" w:rsidRDefault="00000000">
            <w:r>
              <w:rPr>
                <w:sz w:val="20"/>
              </w:rPr>
              <w:t>Language Proficiency Range:</w:t>
            </w:r>
          </w:p>
        </w:tc>
        <w:tc>
          <w:tcPr>
            <w:tcW w:w="2520" w:type="dxa"/>
          </w:tcPr>
          <w:p w14:paraId="20C57433" w14:textId="77777777" w:rsidR="007255A9" w:rsidRDefault="00000000">
            <w:r>
              <w:rPr>
                <w:sz w:val="20"/>
              </w:rPr>
              <w:t>____________________</w:t>
            </w:r>
          </w:p>
        </w:tc>
      </w:tr>
      <w:tr w:rsidR="007255A9" w14:paraId="74A32090" w14:textId="77777777">
        <w:tc>
          <w:tcPr>
            <w:tcW w:w="2520" w:type="dxa"/>
          </w:tcPr>
          <w:p w14:paraId="048EBFA4" w14:textId="77777777" w:rsidR="007255A9" w:rsidRDefault="00000000">
            <w:r>
              <w:rPr>
                <w:sz w:val="20"/>
              </w:rPr>
              <w:t>Content Standard(s):</w:t>
            </w:r>
          </w:p>
        </w:tc>
        <w:tc>
          <w:tcPr>
            <w:tcW w:w="7560" w:type="dxa"/>
            <w:gridSpan w:val="3"/>
          </w:tcPr>
          <w:p w14:paraId="735AB6F0" w14:textId="77777777" w:rsidR="007255A9" w:rsidRDefault="00000000">
            <w:r>
              <w:rPr>
                <w:sz w:val="20"/>
              </w:rPr>
              <w:t>____________________________________________________</w:t>
            </w:r>
          </w:p>
          <w:p w14:paraId="7A291683" w14:textId="77777777" w:rsidR="007255A9" w:rsidRDefault="007255A9"/>
          <w:p w14:paraId="15518D36" w14:textId="77777777" w:rsidR="007255A9" w:rsidRDefault="007255A9"/>
        </w:tc>
      </w:tr>
      <w:tr w:rsidR="007255A9" w14:paraId="6E020FD1" w14:textId="77777777">
        <w:tc>
          <w:tcPr>
            <w:tcW w:w="2520" w:type="dxa"/>
          </w:tcPr>
          <w:p w14:paraId="31252D3F" w14:textId="77777777" w:rsidR="007255A9" w:rsidRDefault="00000000">
            <w:r>
              <w:rPr>
                <w:sz w:val="20"/>
              </w:rPr>
              <w:t>WIDA ELD Standard(s):</w:t>
            </w:r>
          </w:p>
        </w:tc>
        <w:tc>
          <w:tcPr>
            <w:tcW w:w="7560" w:type="dxa"/>
            <w:gridSpan w:val="3"/>
          </w:tcPr>
          <w:p w14:paraId="7A45AA51" w14:textId="77777777" w:rsidR="007255A9" w:rsidRDefault="00000000">
            <w:r>
              <w:rPr>
                <w:sz w:val="20"/>
              </w:rPr>
              <w:t>____________________________________________________</w:t>
            </w:r>
          </w:p>
          <w:p w14:paraId="5DA3DCDC" w14:textId="77777777" w:rsidR="007255A9" w:rsidRDefault="007255A9"/>
          <w:p w14:paraId="725CD270" w14:textId="77777777" w:rsidR="007255A9" w:rsidRDefault="007255A9"/>
        </w:tc>
      </w:tr>
    </w:tbl>
    <w:p w14:paraId="6025ABF3" w14:textId="77777777" w:rsidR="007255A9" w:rsidRDefault="007255A9"/>
    <w:p w14:paraId="20428031" w14:textId="77777777" w:rsidR="007255A9" w:rsidRDefault="00000000">
      <w:pPr>
        <w:pStyle w:val="Heading2"/>
      </w:pPr>
      <w:r>
        <w:rPr>
          <w:color w:val="404040"/>
        </w:rPr>
        <w:t>Day 1: Schema Build</w:t>
      </w:r>
    </w:p>
    <w:p w14:paraId="323C9565" w14:textId="77777777" w:rsidR="007255A9" w:rsidRDefault="00000000">
      <w:r>
        <w:rPr>
          <w:i/>
          <w:color w:val="595959"/>
          <w:sz w:val="18"/>
        </w:rPr>
        <w:t>Key Language Use: Inform</w:t>
      </w:r>
      <w:r>
        <w:rPr>
          <w:color w:val="595959"/>
          <w:sz w:val="18"/>
        </w:rPr>
        <w:t xml:space="preserve"> — Build background knowledge and academic vocabulary before content exposure.</w:t>
      </w:r>
    </w:p>
    <w:p w14:paraId="593C0301" w14:textId="77777777" w:rsidR="007255A9" w:rsidRDefault="00000000">
      <w:r>
        <w:rPr>
          <w:sz w:val="20"/>
        </w:rPr>
        <w:t>Content Objective: Students will ____________________________________________</w:t>
      </w:r>
    </w:p>
    <w:p w14:paraId="6E4C29DB" w14:textId="77777777" w:rsidR="007255A9" w:rsidRDefault="00000000">
      <w:r>
        <w:rPr>
          <w:sz w:val="20"/>
        </w:rPr>
        <w:lastRenderedPageBreak/>
        <w:t>Language Objective: Students will use ________________ to inform about ______________________</w:t>
      </w:r>
    </w:p>
    <w:p w14:paraId="7AEEB75B" w14:textId="77777777" w:rsidR="007255A9" w:rsidRDefault="00000000">
      <w:r>
        <w:rPr>
          <w:sz w:val="20"/>
        </w:rPr>
        <w:t>Discourse Level: ____________________  Sentence Level: ____________________  Word/Phrase Level: ____________________</w:t>
      </w:r>
    </w:p>
    <w:p w14:paraId="32FD278E" w14:textId="77777777" w:rsidR="007255A9" w:rsidRDefault="00000000">
      <w:r>
        <w:rPr>
          <w:sz w:val="20"/>
        </w:rPr>
        <w:t>Achieve3000/Lexile Text or Topic: __________________________________________</w:t>
      </w:r>
    </w:p>
    <w:p w14:paraId="34E3320D" w14:textId="77777777" w:rsidR="007255A9" w:rsidRDefault="00000000">
      <w:r>
        <w:rPr>
          <w:sz w:val="20"/>
        </w:rPr>
        <w:t>Vocabulary to Pre-teach for Core Classes: 1. ______________ 2. ______________ 3. ______________</w:t>
      </w:r>
    </w:p>
    <w:p w14:paraId="0B03F0CC" w14:textId="77777777" w:rsidR="007255A9" w:rsidRDefault="00000000">
      <w:r>
        <w:rPr>
          <w:sz w:val="20"/>
        </w:rPr>
        <w:t>ELD Activity: ______________________________  Core Class Connection: ______________________________</w:t>
      </w:r>
    </w:p>
    <w:p w14:paraId="31396DF2" w14:textId="77777777" w:rsidR="007255A9" w:rsidRDefault="00000000">
      <w:r>
        <w:rPr>
          <w:sz w:val="20"/>
        </w:rPr>
        <w:t>Formative Check: ______________________________________________________</w:t>
      </w:r>
    </w:p>
    <w:p w14:paraId="033B9A5C" w14:textId="77777777" w:rsidR="007255A9" w:rsidRDefault="007255A9"/>
    <w:p w14:paraId="209D6CCD" w14:textId="77777777" w:rsidR="007255A9" w:rsidRDefault="00000000">
      <w:pPr>
        <w:pStyle w:val="Heading2"/>
      </w:pPr>
      <w:r>
        <w:rPr>
          <w:color w:val="404040"/>
        </w:rPr>
        <w:t>Day 2: Deconstruct</w:t>
      </w:r>
    </w:p>
    <w:p w14:paraId="5263C2D9" w14:textId="77777777" w:rsidR="007255A9" w:rsidRDefault="00000000">
      <w:r>
        <w:rPr>
          <w:i/>
          <w:color w:val="595959"/>
          <w:sz w:val="18"/>
        </w:rPr>
        <w:t>Key Language Use: Explain</w:t>
      </w:r>
      <w:r>
        <w:rPr>
          <w:color w:val="595959"/>
          <w:sz w:val="18"/>
        </w:rPr>
        <w:t xml:space="preserve"> — Close reading of complex text. Focus on how language works to explain ideas.</w:t>
      </w:r>
    </w:p>
    <w:p w14:paraId="5836EF86" w14:textId="77777777" w:rsidR="007255A9" w:rsidRDefault="00000000">
      <w:r>
        <w:rPr>
          <w:sz w:val="20"/>
        </w:rPr>
        <w:t>Content Objective: Students will ____________________________________________</w:t>
      </w:r>
    </w:p>
    <w:p w14:paraId="4E8FC8B6" w14:textId="77777777" w:rsidR="007255A9" w:rsidRDefault="00000000">
      <w:r>
        <w:rPr>
          <w:sz w:val="20"/>
        </w:rPr>
        <w:t>Language Objective: Students will deconstruct text to explain ______________________</w:t>
      </w:r>
    </w:p>
    <w:p w14:paraId="7D13D092" w14:textId="77777777" w:rsidR="007255A9" w:rsidRDefault="00000000">
      <w:r>
        <w:rPr>
          <w:sz w:val="20"/>
        </w:rPr>
        <w:t>Text Source: Peer-reviewed paragraph(s) or grade-level text: ______________________________</w:t>
      </w:r>
    </w:p>
    <w:p w14:paraId="7C3564CD" w14:textId="77777777" w:rsidR="007255A9" w:rsidRDefault="00000000">
      <w:r>
        <w:rPr>
          <w:sz w:val="20"/>
        </w:rPr>
        <w:t>Sentence Stems Provided: __________________________________________________</w:t>
      </w:r>
    </w:p>
    <w:p w14:paraId="2768FEBD" w14:textId="77777777" w:rsidR="007255A9" w:rsidRDefault="00000000">
      <w:r>
        <w:rPr>
          <w:sz w:val="20"/>
        </w:rPr>
        <w:t>Academic Vocabulary Highlighted: __________________________________________</w:t>
      </w:r>
    </w:p>
    <w:p w14:paraId="020172A7" w14:textId="77777777" w:rsidR="007255A9" w:rsidRDefault="00000000">
      <w:r>
        <w:rPr>
          <w:sz w:val="20"/>
        </w:rPr>
        <w:t>Language Focus: Nominalization / Cause-Effect / Compare-Contrast / Other: ________________</w:t>
      </w:r>
    </w:p>
    <w:p w14:paraId="0C9829EB" w14:textId="77777777" w:rsidR="007255A9" w:rsidRDefault="00000000">
      <w:r>
        <w:rPr>
          <w:sz w:val="20"/>
        </w:rPr>
        <w:t>Student Task: Annotate for ____________________ and complete ______________________</w:t>
      </w:r>
    </w:p>
    <w:p w14:paraId="448CC728" w14:textId="77777777" w:rsidR="007255A9" w:rsidRDefault="00000000">
      <w:r>
        <w:rPr>
          <w:sz w:val="20"/>
        </w:rPr>
        <w:t>Differentiation by PLD: L1-2: ______________  L3-4: ______________  L5-6: ______________</w:t>
      </w:r>
    </w:p>
    <w:p w14:paraId="67C12F7F" w14:textId="77777777" w:rsidR="007255A9" w:rsidRDefault="007255A9"/>
    <w:p w14:paraId="79481438" w14:textId="77777777" w:rsidR="007255A9" w:rsidRDefault="00000000">
      <w:pPr>
        <w:pStyle w:val="Heading2"/>
      </w:pPr>
      <w:r>
        <w:rPr>
          <w:color w:val="404040"/>
        </w:rPr>
        <w:t>Day 3: Guided Summary</w:t>
      </w:r>
    </w:p>
    <w:p w14:paraId="5D3C9690" w14:textId="77777777" w:rsidR="007255A9" w:rsidRDefault="00000000">
      <w:r>
        <w:rPr>
          <w:i/>
          <w:color w:val="595959"/>
          <w:sz w:val="18"/>
        </w:rPr>
        <w:t>Key Language Use: Explain</w:t>
      </w:r>
      <w:r>
        <w:rPr>
          <w:color w:val="595959"/>
          <w:sz w:val="18"/>
        </w:rPr>
        <w:t xml:space="preserve"> — Students produce language. Guided verbal + written summaries with scaffolds.</w:t>
      </w:r>
    </w:p>
    <w:p w14:paraId="7868F3A4" w14:textId="77777777" w:rsidR="007255A9" w:rsidRDefault="00000000">
      <w:r>
        <w:rPr>
          <w:sz w:val="20"/>
        </w:rPr>
        <w:t>Content Objective: Students will ____________________________________________</w:t>
      </w:r>
    </w:p>
    <w:p w14:paraId="6D57D8E8" w14:textId="77777777" w:rsidR="007255A9" w:rsidRDefault="00000000">
      <w:r>
        <w:rPr>
          <w:sz w:val="20"/>
        </w:rPr>
        <w:t>Language Objective: Students will summarize using ________________ to explain ________________</w:t>
      </w:r>
    </w:p>
    <w:p w14:paraId="5E291FB6" w14:textId="77777777" w:rsidR="007255A9" w:rsidRDefault="00000000">
      <w:r>
        <w:rPr>
          <w:sz w:val="20"/>
        </w:rPr>
        <w:t>Summary Frame/Starter: __________________________________________________</w:t>
      </w:r>
    </w:p>
    <w:p w14:paraId="6AB26474" w14:textId="77777777" w:rsidR="007255A9" w:rsidRDefault="00000000">
      <w:r>
        <w:rPr>
          <w:sz w:val="20"/>
        </w:rPr>
        <w:t>Verbal Rehearsal Structure: Partner A / Partner B / Whole Group: __________________________</w:t>
      </w:r>
    </w:p>
    <w:p w14:paraId="58C4A017" w14:textId="77777777" w:rsidR="007255A9" w:rsidRDefault="00000000">
      <w:r>
        <w:rPr>
          <w:sz w:val="20"/>
        </w:rPr>
        <w:t>Written Output Expectation: _______ sentences / _______ paragraph using __________________</w:t>
      </w:r>
    </w:p>
    <w:p w14:paraId="0A3E660E" w14:textId="77777777" w:rsidR="007255A9" w:rsidRDefault="00000000">
      <w:r>
        <w:rPr>
          <w:sz w:val="20"/>
        </w:rPr>
        <w:t>Academic Language Required: ______________________________________________</w:t>
      </w:r>
    </w:p>
    <w:p w14:paraId="16DDD672" w14:textId="77777777" w:rsidR="007255A9" w:rsidRDefault="00000000">
      <w:r>
        <w:rPr>
          <w:sz w:val="20"/>
        </w:rPr>
        <w:t>Teacher Feedback Focus: Content Accuracy / Language Form / Both: ______________________</w:t>
      </w:r>
    </w:p>
    <w:p w14:paraId="57787F19" w14:textId="77777777" w:rsidR="007255A9" w:rsidRDefault="007255A9"/>
    <w:p w14:paraId="44B0B7F3" w14:textId="77777777" w:rsidR="007255A9" w:rsidRDefault="00000000">
      <w:pPr>
        <w:pStyle w:val="Heading2"/>
      </w:pPr>
      <w:r>
        <w:rPr>
          <w:color w:val="404040"/>
        </w:rPr>
        <w:t>Day 4: Structured Discussion</w:t>
      </w:r>
    </w:p>
    <w:p w14:paraId="4A8DC543" w14:textId="77777777" w:rsidR="007255A9" w:rsidRDefault="00000000">
      <w:r>
        <w:rPr>
          <w:i/>
          <w:color w:val="595959"/>
          <w:sz w:val="18"/>
        </w:rPr>
        <w:t>Key Language Use: Argue</w:t>
      </w:r>
      <w:r>
        <w:rPr>
          <w:color w:val="595959"/>
          <w:sz w:val="18"/>
        </w:rPr>
        <w:t xml:space="preserve"> — Students use academic language to take positions, cite evidence, and build on peers' ideas.</w:t>
      </w:r>
    </w:p>
    <w:p w14:paraId="3BD568F7" w14:textId="77777777" w:rsidR="007255A9" w:rsidRDefault="00000000">
      <w:r>
        <w:rPr>
          <w:sz w:val="20"/>
        </w:rPr>
        <w:lastRenderedPageBreak/>
        <w:t>Content Objective: Students will ____________________________________________</w:t>
      </w:r>
    </w:p>
    <w:p w14:paraId="0528AC78" w14:textId="77777777" w:rsidR="007255A9" w:rsidRDefault="00000000">
      <w:r>
        <w:rPr>
          <w:sz w:val="20"/>
        </w:rPr>
        <w:t>Language Objective: Students will argue ________________ using evidence from ________________</w:t>
      </w:r>
    </w:p>
    <w:p w14:paraId="046D17D1" w14:textId="77777777" w:rsidR="007255A9" w:rsidRDefault="00000000">
      <w:r>
        <w:rPr>
          <w:sz w:val="20"/>
        </w:rPr>
        <w:t>Discussion Prompt/Question: ______________________________________________</w:t>
      </w:r>
    </w:p>
    <w:p w14:paraId="68376472" w14:textId="77777777" w:rsidR="007255A9" w:rsidRDefault="00000000">
      <w:r>
        <w:rPr>
          <w:sz w:val="20"/>
        </w:rPr>
        <w:t>Discussion Protocol: Socratic Seminar / Fishbowl / Conver-stations / Other: ________________</w:t>
      </w:r>
    </w:p>
    <w:p w14:paraId="30155A1C" w14:textId="77777777" w:rsidR="007255A9" w:rsidRDefault="00000000">
      <w:r>
        <w:rPr>
          <w:sz w:val="20"/>
        </w:rPr>
        <w:t>Sentence Frames for Argument: 'I claim _____ because _____' / 'The evidence shows _____' / 'I agree/disagree because _____'</w:t>
      </w:r>
    </w:p>
    <w:p w14:paraId="3E2E9ED7" w14:textId="77777777" w:rsidR="007255A9" w:rsidRDefault="00000000">
      <w:r>
        <w:rPr>
          <w:sz w:val="20"/>
        </w:rPr>
        <w:t>Evidence Source(s): ______________________________________________________</w:t>
      </w:r>
    </w:p>
    <w:p w14:paraId="1D908090" w14:textId="77777777" w:rsidR="007255A9" w:rsidRDefault="00000000">
      <w:r>
        <w:rPr>
          <w:sz w:val="20"/>
        </w:rPr>
        <w:t>Listening Task for Non-Speakers: ____________________________________________</w:t>
      </w:r>
    </w:p>
    <w:p w14:paraId="4BA0E1B7" w14:textId="77777777" w:rsidR="007255A9" w:rsidRDefault="00000000">
      <w:r>
        <w:rPr>
          <w:sz w:val="20"/>
        </w:rPr>
        <w:t>Teacher Role: __________________________________________________________</w:t>
      </w:r>
    </w:p>
    <w:p w14:paraId="75FFF54E" w14:textId="77777777" w:rsidR="007255A9" w:rsidRDefault="007255A9"/>
    <w:p w14:paraId="7772AAA4" w14:textId="77777777" w:rsidR="007255A9" w:rsidRDefault="00000000">
      <w:pPr>
        <w:pStyle w:val="Heading2"/>
      </w:pPr>
      <w:r>
        <w:rPr>
          <w:color w:val="404040"/>
        </w:rPr>
        <w:t>Day 5: Feedback &amp; Revision</w:t>
      </w:r>
    </w:p>
    <w:p w14:paraId="050958C8" w14:textId="77777777" w:rsidR="007255A9" w:rsidRDefault="00000000">
      <w:r>
        <w:rPr>
          <w:i/>
          <w:color w:val="595959"/>
          <w:sz w:val="18"/>
        </w:rPr>
        <w:t>Key Language Use: Argue / Narrate</w:t>
      </w:r>
      <w:r>
        <w:rPr>
          <w:color w:val="595959"/>
          <w:sz w:val="18"/>
        </w:rPr>
        <w:t xml:space="preserve"> — Close the loop with targeted feedback on language and content. Students revise and reflect.</w:t>
      </w:r>
    </w:p>
    <w:p w14:paraId="529FA63B" w14:textId="77777777" w:rsidR="007255A9" w:rsidRDefault="00000000">
      <w:r>
        <w:rPr>
          <w:sz w:val="20"/>
        </w:rPr>
        <w:t>Content Objective: Students will ____________________________________________</w:t>
      </w:r>
    </w:p>
    <w:p w14:paraId="51B8FA67" w14:textId="77777777" w:rsidR="007255A9" w:rsidRDefault="00000000">
      <w:r>
        <w:rPr>
          <w:sz w:val="20"/>
        </w:rPr>
        <w:t>Language Objective: Students will revise ________________ to improve ______________________</w:t>
      </w:r>
    </w:p>
    <w:p w14:paraId="406B1A82" w14:textId="77777777" w:rsidR="007255A9" w:rsidRDefault="00000000">
      <w:r>
        <w:rPr>
          <w:sz w:val="20"/>
        </w:rPr>
        <w:t>Type of Feedback: Written / Verbal / Peer / Self-Assessment: __________________________</w:t>
      </w:r>
    </w:p>
    <w:p w14:paraId="67E4C5F1" w14:textId="77777777" w:rsidR="007255A9" w:rsidRDefault="00000000">
      <w:r>
        <w:rPr>
          <w:sz w:val="20"/>
        </w:rPr>
        <w:t>Language Focus for Revision: Discourse / Sentence / Word Choice: ______________________</w:t>
      </w:r>
    </w:p>
    <w:p w14:paraId="4E8A8AC9" w14:textId="77777777" w:rsidR="007255A9" w:rsidRDefault="00000000">
      <w:r>
        <w:rPr>
          <w:sz w:val="20"/>
        </w:rPr>
        <w:t>Revision Task: __________________________________________________________</w:t>
      </w:r>
    </w:p>
    <w:p w14:paraId="33FB31DD" w14:textId="77777777" w:rsidR="007255A9" w:rsidRDefault="00000000">
      <w:r>
        <w:rPr>
          <w:sz w:val="20"/>
        </w:rPr>
        <w:t>Student Reflection Prompt: 'This week I learned to use language to _____ . Next I need to work on _____.'</w:t>
      </w:r>
    </w:p>
    <w:p w14:paraId="46B4B3E4" w14:textId="77777777" w:rsidR="007255A9" w:rsidRDefault="00000000">
      <w:r>
        <w:rPr>
          <w:sz w:val="20"/>
        </w:rPr>
        <w:t>Data Collected: __________________________________________________________</w:t>
      </w:r>
    </w:p>
    <w:p w14:paraId="1D660C0B" w14:textId="77777777" w:rsidR="007255A9" w:rsidRDefault="00000000">
      <w:r>
        <w:rPr>
          <w:sz w:val="20"/>
        </w:rPr>
        <w:t>Next Week's Spiral: ______________________________________________________</w:t>
      </w:r>
    </w:p>
    <w:p w14:paraId="6EE8D025" w14:textId="77777777" w:rsidR="007255A9" w:rsidRDefault="007255A9"/>
    <w:p w14:paraId="74860696" w14:textId="77777777" w:rsidR="007255A9" w:rsidRDefault="00000000">
      <w:r>
        <w:br w:type="page"/>
      </w:r>
    </w:p>
    <w:p w14:paraId="54B79F1A" w14:textId="77777777" w:rsidR="007255A9" w:rsidRDefault="00000000">
      <w:pPr>
        <w:pStyle w:val="Heading1"/>
      </w:pPr>
      <w:r>
        <w:rPr>
          <w:color w:val="2E75B6"/>
        </w:rPr>
        <w:lastRenderedPageBreak/>
        <w:t>Implementation Notes</w:t>
      </w:r>
    </w:p>
    <w:p w14:paraId="235F96F7" w14:textId="77777777" w:rsidR="007255A9" w:rsidRDefault="00000000">
      <w:r>
        <w:rPr>
          <w:b/>
          <w:sz w:val="20"/>
        </w:rPr>
        <w:t xml:space="preserve">For ELD Teachers: </w:t>
      </w:r>
      <w:r>
        <w:rPr>
          <w:sz w:val="20"/>
        </w:rPr>
        <w:t>Use Day 1–2 for intensive language instruction that pre-teaches what core content teachers will need. Share vocabulary and sentence frames by end of Day 1.</w:t>
      </w:r>
    </w:p>
    <w:p w14:paraId="252F5880" w14:textId="77777777" w:rsidR="007255A9" w:rsidRDefault="00000000">
      <w:r>
        <w:rPr>
          <w:b/>
          <w:sz w:val="20"/>
        </w:rPr>
        <w:t xml:space="preserve">For Core Content Teachers: </w:t>
      </w:r>
      <w:r>
        <w:rPr>
          <w:sz w:val="20"/>
        </w:rPr>
        <w:t>Days 2–5 leverage the language built in ELD. Highlight and reinforce the same academic vocabulary and frames.</w:t>
      </w:r>
    </w:p>
    <w:p w14:paraId="2462E704" w14:textId="77777777" w:rsidR="007255A9" w:rsidRDefault="00000000">
      <w:r>
        <w:rPr>
          <w:b/>
          <w:sz w:val="20"/>
        </w:rPr>
        <w:t xml:space="preserve">WIDA PLD Differentiation: </w:t>
      </w:r>
      <w:r>
        <w:rPr>
          <w:sz w:val="20"/>
        </w:rPr>
        <w:t>Level 1–2: More visuals, frames, word banks. Level 3–4: Sentence starters, paragraph frames. Level 5–6: Discipline-specific language, syntax manipulation.</w:t>
      </w:r>
    </w:p>
    <w:p w14:paraId="014546FE" w14:textId="77777777" w:rsidR="007255A9" w:rsidRDefault="00000000">
      <w:r>
        <w:rPr>
          <w:b/>
          <w:sz w:val="20"/>
        </w:rPr>
        <w:t xml:space="preserve">Assessment: </w:t>
      </w:r>
      <w:r>
        <w:rPr>
          <w:sz w:val="20"/>
        </w:rPr>
        <w:t>Collect one language sample per student by Day 5. Use WIDA Writing Rubric or Speaking Rubric to note growth in Discourse, Sentence, and Word/Phrase dimensions.</w:t>
      </w:r>
    </w:p>
    <w:p w14:paraId="59C13D23" w14:textId="6E6BE77A" w:rsidR="007255A9" w:rsidRDefault="00000000">
      <w:r>
        <w:rPr>
          <w:b/>
          <w:sz w:val="20"/>
        </w:rPr>
        <w:t xml:space="preserve">Editable: </w:t>
      </w:r>
    </w:p>
    <w:p w14:paraId="655350C3" w14:textId="77777777" w:rsidR="007255A9" w:rsidRDefault="007255A9"/>
    <w:p w14:paraId="484E4778" w14:textId="6002B645" w:rsidR="007255A9" w:rsidRDefault="00000000">
      <w:pPr>
        <w:jc w:val="center"/>
      </w:pPr>
      <w:r>
        <w:rPr>
          <w:i/>
          <w:color w:val="595959"/>
          <w:sz w:val="18"/>
        </w:rPr>
        <w:t xml:space="preserve">© 2026 </w:t>
      </w:r>
      <w:r w:rsidR="00295D6A">
        <w:rPr>
          <w:i/>
          <w:color w:val="595959"/>
          <w:sz w:val="18"/>
        </w:rPr>
        <w:t>Matt Luria mattluria.com</w:t>
      </w:r>
      <w:r>
        <w:rPr>
          <w:i/>
          <w:color w:val="595959"/>
          <w:sz w:val="18"/>
        </w:rPr>
        <w:t xml:space="preserve"> | Aligned to WIDA 2020 | For educational use</w:t>
      </w:r>
    </w:p>
    <w:sectPr w:rsidR="007255A9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76069812">
    <w:abstractNumId w:val="8"/>
  </w:num>
  <w:num w:numId="2" w16cid:durableId="359093245">
    <w:abstractNumId w:val="6"/>
  </w:num>
  <w:num w:numId="3" w16cid:durableId="734932434">
    <w:abstractNumId w:val="5"/>
  </w:num>
  <w:num w:numId="4" w16cid:durableId="254899670">
    <w:abstractNumId w:val="4"/>
  </w:num>
  <w:num w:numId="5" w16cid:durableId="997609836">
    <w:abstractNumId w:val="7"/>
  </w:num>
  <w:num w:numId="6" w16cid:durableId="401954267">
    <w:abstractNumId w:val="3"/>
  </w:num>
  <w:num w:numId="7" w16cid:durableId="1101877264">
    <w:abstractNumId w:val="2"/>
  </w:num>
  <w:num w:numId="8" w16cid:durableId="1975135593">
    <w:abstractNumId w:val="1"/>
  </w:num>
  <w:num w:numId="9" w16cid:durableId="314534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7AA4"/>
    <w:rsid w:val="0015074B"/>
    <w:rsid w:val="00295D6A"/>
    <w:rsid w:val="0029639D"/>
    <w:rsid w:val="00326F90"/>
    <w:rsid w:val="007255A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4FB2EE"/>
  <w14:defaultImageDpi w14:val="300"/>
  <w15:docId w15:val="{2B553A8F-69F7-4C59-85DE-FC07C22DD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710</Words>
  <Characters>5602</Characters>
  <Application>Microsoft Office Word</Application>
  <DocSecurity>0</DocSecurity>
  <Lines>136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Matt Luria</cp:lastModifiedBy>
  <cp:revision>2</cp:revision>
  <dcterms:created xsi:type="dcterms:W3CDTF">2013-12-23T23:15:00Z</dcterms:created>
  <dcterms:modified xsi:type="dcterms:W3CDTF">2026-05-06T03:26:00Z</dcterms:modified>
  <cp:category/>
</cp:coreProperties>
</file>